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 שֶל 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 שונות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שואלים שֶל מי כדי לדעת למי שייך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על שאלות עם מילות שאלה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שֶל מי?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שֶל מי התיק?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שאלת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איפה שואלת על מקום, מתי שואלת על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שייכות היא בדרך כלל לאדם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שֶל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(התיק של אביגיל)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(הספר על השולחן)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(דני בא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(יש בקופסה עפרונות)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שֶל מי הקלמר הצהוב? - תשובה: הקלמר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שהתלמיד כתב שאלת שייכות נכונה ותשובה המתאימה לה עבור כל 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ששֶל מי שואלת על בעלות/שייכות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כוללת שימוש נכון במילה איפה ומתייחסת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שמי שואלת על אדם ומה שואלת על חפץ/דבר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חפצים אמיתיים בכיתה ולשאול שֶל מי כל 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עם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לתרגול שאלות ותשובות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 שֶל 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לומדים על מילות שאלה כמו מי, מה, איפה ושֶל מי. מילת השאלה שֶל מי עוזרת לדעת למי שייך חפץ, כמו תיק או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איפה  ·  שֶל מי  ·  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שאלה שואלים כשרוצים לדעת למי שייך 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שֶל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התיק של אביגיל - איזו שאלה מתאימה לתשובה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שֶל מי התיק?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 התיק?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מילת שאלה שואלים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שֶל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שֶל מי היא מילת שאלה ששואלים עליה כדי לדעת למי שייך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השאלה 'איפה'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התשובה לשאלה 'שֶל מי התיק?' יכולה להיות שם של ילד או ילדה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הכובע הזה? הכובע של נועה.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נמצא הכלב? הכלב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עזר לך בשיעורים? אמא עזרה 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שֶל מי התיק?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הספר על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איפה הספר?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יש בקופסה עפרונות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 בא היום?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התיק של אביגיל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יש בקופסה?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דני בא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עם המילה שֶל מי על חפץ שיש לכם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או כתבו שלושה חפצים שלכם וכתבו ליד כל אחד משפט עם המילה שֶל מי ותשובה 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שואלים שֶל 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שאלה אחת עם המילה איפה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 שֶל מי?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