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 שֶל 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שונות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שואלים שֶל מי כדי לדעת למי שייך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על שאלות עם מילות שאלה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שֶל 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שֶל מי התיק?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למי שייך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הכדור של דני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שאלת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מתי שואלת על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שייכות היא בדרך כלל לאדם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שואלת על אדם, מה שואלת על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שלי מראה שייכות לדובר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שֶל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שֶל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(התיק של אביגיל)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(הספר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(דני בא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בקופסה עפרונות)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(יוצאים מחר בבוקר)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שֶל מי הקלמר הצהוב? - תשובה: הקלמר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שֶל מי כשרוצים לדעת למי שייך חפץ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שהתלמיד כתב שאלת שייכות נכונה ותשובה המתאימה לה עבור כל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ששֶל מי שואלת על בעלות/שייכות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כוללת שימוש נכון במילה איפה ומתייחסת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שמי שואלת על אדם ומה שואלת על חפץ/דבר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חפצים אמיתיים בכיתה ולשאול שֶל מי כל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שאלות ותשובות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 שֶל 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על מילות שאלה כמו מי, מה, איפה ושֶל מי. מילת השאלה שֶל מי עוזרת לדעת למי שייך חפץ, כמו תיק או 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שאלה שואלים כשרוצים לדעת למי שייך 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התיק של אביגיל - איזו שאלה מתאימה לתשובה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שֶל מי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 לקחת את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שאלה שואלים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שאלה שואלים על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'שֶל מי הספר הזה?' - מה שואלים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קנו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שייך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כתוב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תשובה מתאימה לשאלה 'שֶל מי הכדור?'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הכדור של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הכדור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הכדור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שֶל מי היא מילת שאלה ששואלים עליה כדי לדעת למי שייך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לשאלה 'שֶל מי התיק?' יכולה להיות שם של ילד או ילדה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'מי' שואלת על 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לענות על שאלת שייכות במילה 'שלי'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הכובע הזה? הכובע של 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נמצא הכלב? הכלב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עזר לך בשיעורים? אמא עזרה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יש בתיק שלך? יש בו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החולצה האדומה? החולצה של יובל.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הולכים לטייל? הולכים ביום שישי.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שֶל מי התיק?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הספר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 הספר?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בקופסה עפרונות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 בא היום?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התיק של אביגיל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יש בקופסה?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יוצאים מחר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יוצאים לטיול?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דני בא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המילה שֶל מי על חפץ שיש לכם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מתי שואלים שֶל 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שלושה חפצים שלכם וכתבו ליד כל אחד משפט עם המילה שֶל מי ותשובה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שואלים שֶל 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 שֶל מי?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